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3AA8" w14:textId="77777777" w:rsidR="00501F23" w:rsidRPr="00501F23" w:rsidRDefault="00501F23" w:rsidP="00501F23">
      <w:pPr>
        <w:spacing w:after="0"/>
        <w:jc w:val="center"/>
        <w:rPr>
          <w:rFonts w:ascii="Lucida Calligraphy" w:hAnsi="Lucida Calligraphy" w:cs="Cavolini"/>
          <w:b/>
          <w:bCs/>
          <w:color w:val="632423" w:themeColor="accent2" w:themeShade="80"/>
          <w:sz w:val="36"/>
          <w:szCs w:val="36"/>
        </w:rPr>
      </w:pPr>
      <w:r w:rsidRPr="00501F23">
        <w:rPr>
          <w:rFonts w:ascii="Lucida Calligraphy" w:hAnsi="Lucida Calligraphy" w:cs="Cavolini"/>
          <w:b/>
          <w:bCs/>
          <w:color w:val="632423" w:themeColor="accent2" w:themeShade="80"/>
          <w:sz w:val="36"/>
          <w:szCs w:val="36"/>
        </w:rPr>
        <w:t>A Villa Louisa</w:t>
      </w:r>
    </w:p>
    <w:p w14:paraId="3A0F63DA" w14:textId="72F9982F" w:rsidR="00501F23" w:rsidRPr="00501F23" w:rsidRDefault="00501F23" w:rsidP="00501F23">
      <w:pPr>
        <w:spacing w:after="0"/>
        <w:jc w:val="center"/>
        <w:rPr>
          <w:rFonts w:ascii="Lucida Calligraphy" w:hAnsi="Lucida Calligraphy" w:cs="Cavolini"/>
          <w:sz w:val="24"/>
          <w:szCs w:val="24"/>
        </w:rPr>
      </w:pPr>
      <w:r w:rsidRPr="00501F23">
        <w:rPr>
          <w:rFonts w:ascii="Lucida Calligraphy" w:hAnsi="Lucida Calligraphy" w:cs="Cavolini"/>
          <w:sz w:val="24"/>
          <w:szCs w:val="24"/>
        </w:rPr>
        <w:t>60 Villa Louisa Road Bolton CT 06043</w:t>
      </w:r>
    </w:p>
    <w:p w14:paraId="4CF3F630" w14:textId="04557E2B" w:rsidR="00FD5E58" w:rsidRPr="00501F23" w:rsidRDefault="00501F23" w:rsidP="00501F23">
      <w:pPr>
        <w:spacing w:after="0"/>
        <w:jc w:val="center"/>
        <w:rPr>
          <w:rFonts w:ascii="Lucida Calligraphy" w:hAnsi="Lucida Calligraphy" w:cs="Cavolini"/>
          <w:sz w:val="24"/>
          <w:szCs w:val="24"/>
        </w:rPr>
      </w:pPr>
      <w:r w:rsidRPr="00501F23">
        <w:rPr>
          <w:rFonts w:ascii="Lucida Calligraphy" w:hAnsi="Lucida Calligraphy" w:cs="Cavolini"/>
          <w:sz w:val="24"/>
          <w:szCs w:val="24"/>
        </w:rPr>
        <w:t xml:space="preserve"> (860) 646-3161    </w:t>
      </w:r>
      <w:hyperlink r:id="rId6" w:history="1">
        <w:r w:rsidRPr="00501F23">
          <w:rPr>
            <w:rStyle w:val="Hyperlink"/>
            <w:rFonts w:ascii="Lucida Calligraphy" w:hAnsi="Lucida Calligraphy" w:cs="Cavolini"/>
            <w:color w:val="4472C4"/>
            <w:sz w:val="24"/>
            <w:szCs w:val="24"/>
          </w:rPr>
          <w:t>info@avillalouisa.com</w:t>
        </w:r>
      </w:hyperlink>
      <w:r w:rsidRPr="00501F23">
        <w:rPr>
          <w:rFonts w:ascii="Lucida Calligraphy" w:hAnsi="Lucida Calligraphy" w:cs="Cavolini"/>
          <w:sz w:val="24"/>
          <w:szCs w:val="24"/>
        </w:rPr>
        <w:t xml:space="preserve">  </w:t>
      </w:r>
      <w:r w:rsidRPr="00501F23">
        <w:rPr>
          <w:rFonts w:ascii="Lucida Calligraphy" w:hAnsi="Lucida Calligraphy" w:cs="Cavolini"/>
          <w:color w:val="4472C4"/>
          <w:sz w:val="24"/>
          <w:szCs w:val="24"/>
          <w:u w:val="single"/>
        </w:rPr>
        <w:t>www.avillalouisa.com</w:t>
      </w:r>
      <w:r w:rsidRPr="00501F23">
        <w:rPr>
          <w:rFonts w:ascii="Baskerville Old Face" w:hAnsi="Baskerville Old Face"/>
          <w:sz w:val="32"/>
          <w:szCs w:val="32"/>
        </w:rPr>
        <w:br/>
      </w:r>
      <w:r w:rsidRPr="00501F23">
        <w:rPr>
          <w:rFonts w:ascii="Baskerville Old Face" w:hAnsi="Baskerville Old Face"/>
          <w:bCs/>
          <w:color w:val="FFC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The Smokehouse Feast</w:t>
      </w:r>
    </w:p>
    <w:p w14:paraId="001418F9" w14:textId="77777777" w:rsidR="00FD5E58" w:rsidRPr="00501F23" w:rsidRDefault="00000000">
      <w:pPr>
        <w:pStyle w:val="Heading2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Starters (Choose Two)</w:t>
      </w:r>
    </w:p>
    <w:p w14:paraId="1E0EC24E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House-Made Kettle Chips with French Onion Dip</w:t>
      </w:r>
    </w:p>
    <w:p w14:paraId="3740E681" w14:textId="0DAF41C0" w:rsidR="00FD5E58" w:rsidRPr="00501F23" w:rsidRDefault="00000000">
      <w:pPr>
        <w:pStyle w:val="ListBullet"/>
        <w:rPr>
          <w:rFonts w:ascii="Baskerville Old Face" w:hAnsi="Baskerville Old Face"/>
        </w:rPr>
      </w:pPr>
      <w:bookmarkStart w:id="0" w:name="_Hlk238109165"/>
      <w:r w:rsidRPr="00501F23">
        <w:rPr>
          <w:rFonts w:ascii="Baskerville Old Face" w:hAnsi="Baskerville Old Face"/>
        </w:rPr>
        <w:t>Buffalo Chicken Dip with Tortilla Chips</w:t>
      </w:r>
      <w:r w:rsidR="004B0A55">
        <w:rPr>
          <w:rFonts w:ascii="Baskerville Old Face" w:hAnsi="Baskerville Old Face"/>
        </w:rPr>
        <w:t xml:space="preserve"> (+$2pp)</w:t>
      </w:r>
    </w:p>
    <w:bookmarkEnd w:id="0"/>
    <w:p w14:paraId="4FD7C4DE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Warm Spinach &amp; Artichoke Dip</w:t>
      </w:r>
    </w:p>
    <w:p w14:paraId="6492413D" w14:textId="77777777" w:rsidR="00386F37" w:rsidRPr="00386F37" w:rsidRDefault="00386F37">
      <w:pPr>
        <w:pStyle w:val="ListBullet"/>
        <w:rPr>
          <w:rFonts w:ascii="Baskerville Old Face" w:hAnsi="Baskerville Old Face"/>
        </w:rPr>
      </w:pPr>
      <w:r w:rsidRPr="00C202F4">
        <w:rPr>
          <w:rFonts w:ascii="Baskerville Old Face" w:hAnsi="Baskerville Old Face" w:cs="Arial"/>
          <w:bCs/>
        </w:rPr>
        <w:t xml:space="preserve">Cheese Fruit, Pepperoni &amp; Crackers Display </w:t>
      </w:r>
    </w:p>
    <w:p w14:paraId="06FB7D8F" w14:textId="77777777" w:rsidR="00386F37" w:rsidRDefault="00386F37">
      <w:pPr>
        <w:pStyle w:val="ListBullet"/>
        <w:rPr>
          <w:rFonts w:ascii="Baskerville Old Face" w:hAnsi="Baskerville Old Face"/>
        </w:rPr>
      </w:pPr>
      <w:r w:rsidRPr="00C202F4">
        <w:rPr>
          <w:rFonts w:ascii="Baskerville Old Face" w:hAnsi="Baskerville Old Face" w:cs="Arial"/>
          <w:bCs/>
        </w:rPr>
        <w:t>Fresh Vegetable Crudités w/Ranch Dip</w:t>
      </w:r>
      <w:r w:rsidRPr="00501F23">
        <w:rPr>
          <w:rFonts w:ascii="Baskerville Old Face" w:hAnsi="Baskerville Old Face"/>
        </w:rPr>
        <w:t xml:space="preserve"> </w:t>
      </w:r>
    </w:p>
    <w:p w14:paraId="50AAB137" w14:textId="40DD5B11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Street Corn Dip with Tortilla Chips</w:t>
      </w:r>
    </w:p>
    <w:p w14:paraId="3F5D7CDF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Charcuterie Display (+$4 per person)</w:t>
      </w:r>
    </w:p>
    <w:p w14:paraId="008C5474" w14:textId="77777777" w:rsidR="00FD5E58" w:rsidRPr="00501F23" w:rsidRDefault="00000000">
      <w:pPr>
        <w:pStyle w:val="Heading2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Salads (Choose Three)</w:t>
      </w:r>
    </w:p>
    <w:p w14:paraId="229086A9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Garden Salad</w:t>
      </w:r>
    </w:p>
    <w:p w14:paraId="1D8AD4CB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Classic Caesar Salad</w:t>
      </w:r>
    </w:p>
    <w:p w14:paraId="72123517" w14:textId="790C9D61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Potato Salad</w:t>
      </w:r>
    </w:p>
    <w:p w14:paraId="3F8BA489" w14:textId="2C40FEF3" w:rsidR="00FD5E58" w:rsidRPr="00501F23" w:rsidRDefault="00386F37">
      <w:pPr>
        <w:pStyle w:val="ListBullet"/>
        <w:rPr>
          <w:rFonts w:ascii="Baskerville Old Face" w:hAnsi="Baskerville Old Face"/>
        </w:rPr>
      </w:pPr>
      <w:r>
        <w:rPr>
          <w:rFonts w:ascii="Baskerville Old Face" w:hAnsi="Baskerville Old Face"/>
        </w:rPr>
        <w:t>Tomato</w:t>
      </w:r>
      <w:r w:rsidRPr="00501F23">
        <w:rPr>
          <w:rFonts w:ascii="Baskerville Old Face" w:hAnsi="Baskerville Old Face"/>
        </w:rPr>
        <w:t xml:space="preserve"> Cucumber Dill Salad</w:t>
      </w:r>
    </w:p>
    <w:p w14:paraId="3B314393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Mediterranean Pasta Salad</w:t>
      </w:r>
    </w:p>
    <w:p w14:paraId="6BFA3A43" w14:textId="1CB5FACF" w:rsidR="00FD5E58" w:rsidRPr="00501F23" w:rsidRDefault="00386F37">
      <w:pPr>
        <w:pStyle w:val="ListBullet"/>
        <w:rPr>
          <w:rFonts w:ascii="Baskerville Old Face" w:hAnsi="Baskerville Old Face"/>
        </w:rPr>
      </w:pPr>
      <w:r>
        <w:rPr>
          <w:rFonts w:ascii="Baskerville Old Face" w:hAnsi="Baskerville Old Face"/>
        </w:rPr>
        <w:t>Mango</w:t>
      </w:r>
      <w:r w:rsidRPr="00501F23">
        <w:rPr>
          <w:rFonts w:ascii="Baskerville Old Face" w:hAnsi="Baskerville Old Face"/>
        </w:rPr>
        <w:t xml:space="preserve"> Cabbage Slaw</w:t>
      </w:r>
    </w:p>
    <w:p w14:paraId="799A10B3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Fresh Corn &amp; Tomato Salad</w:t>
      </w:r>
    </w:p>
    <w:p w14:paraId="267FA6AE" w14:textId="77777777" w:rsidR="00FD5E58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Watermelon, Feta &amp; Mint Salad (Seasonal)</w:t>
      </w:r>
    </w:p>
    <w:p w14:paraId="3176D12C" w14:textId="3E889073" w:rsidR="00386F37" w:rsidRPr="00386F37" w:rsidRDefault="00386F37" w:rsidP="00386F37">
      <w:pPr>
        <w:pStyle w:val="ListBullet"/>
        <w:numPr>
          <w:ilvl w:val="0"/>
          <w:numId w:val="0"/>
        </w:numPr>
        <w:rPr>
          <w:rFonts w:ascii="Baskerville Old Face" w:hAnsi="Baskerville Old Face"/>
          <w:i/>
          <w:iCs/>
        </w:rPr>
      </w:pPr>
      <w:r w:rsidRPr="00386F37">
        <w:rPr>
          <w:rFonts w:ascii="Baskerville Old Face" w:hAnsi="Baskerville Old Face"/>
          <w:i/>
          <w:iCs/>
        </w:rPr>
        <w:t>Served with Cornbread, Rolls and Butter</w:t>
      </w:r>
    </w:p>
    <w:p w14:paraId="0A2A1A3C" w14:textId="77777777" w:rsidR="00FD5E58" w:rsidRPr="00501F23" w:rsidRDefault="00000000">
      <w:pPr>
        <w:pStyle w:val="Heading2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Sides (Choose Two)</w:t>
      </w:r>
    </w:p>
    <w:p w14:paraId="0C3D2C0B" w14:textId="2C52765F" w:rsidR="00FD5E58" w:rsidRPr="00501F23" w:rsidRDefault="00386F37">
      <w:pPr>
        <w:pStyle w:val="ListBullet"/>
        <w:rPr>
          <w:rFonts w:ascii="Baskerville Old Face" w:hAnsi="Baskerville Old Face"/>
        </w:rPr>
      </w:pPr>
      <w:r>
        <w:rPr>
          <w:rFonts w:ascii="Baskerville Old Face" w:hAnsi="Baskerville Old Face"/>
        </w:rPr>
        <w:t>Creamy</w:t>
      </w:r>
      <w:r w:rsidRPr="00501F23">
        <w:rPr>
          <w:rFonts w:ascii="Baskerville Old Face" w:hAnsi="Baskerville Old Face"/>
        </w:rPr>
        <w:t xml:space="preserve"> Mac &amp; Cheese</w:t>
      </w:r>
    </w:p>
    <w:p w14:paraId="21CF56F9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Garlic Parmesan Roasted Potatoes</w:t>
      </w:r>
    </w:p>
    <w:p w14:paraId="2A48520B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Baked Beans with Bacon</w:t>
      </w:r>
    </w:p>
    <w:p w14:paraId="338043B1" w14:textId="7293DA59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Seasonal Vegetables</w:t>
      </w:r>
    </w:p>
    <w:p w14:paraId="6E2D98DC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Roasted Sweet Potatoes</w:t>
      </w:r>
    </w:p>
    <w:p w14:paraId="664E2C27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Buttered Corn on the Cob</w:t>
      </w:r>
    </w:p>
    <w:p w14:paraId="6000B44D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Cilantro Lime Rice</w:t>
      </w:r>
    </w:p>
    <w:p w14:paraId="436D6543" w14:textId="77777777" w:rsidR="00FD5E58" w:rsidRPr="00501F23" w:rsidRDefault="00000000">
      <w:pPr>
        <w:pStyle w:val="Heading2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Entrées (Choose Three)</w:t>
      </w:r>
    </w:p>
    <w:p w14:paraId="56D282AC" w14:textId="21B6A57C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Slow</w:t>
      </w:r>
      <w:r w:rsidR="00386F37">
        <w:rPr>
          <w:rFonts w:ascii="Baskerville Old Face" w:hAnsi="Baskerville Old Face"/>
        </w:rPr>
        <w:t>-Cooked</w:t>
      </w:r>
      <w:r w:rsidRPr="00501F23">
        <w:rPr>
          <w:rFonts w:ascii="Baskerville Old Face" w:hAnsi="Baskerville Old Face"/>
        </w:rPr>
        <w:t xml:space="preserve"> BBQ Ribs</w:t>
      </w:r>
    </w:p>
    <w:p w14:paraId="64EBD753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Pulled Pork</w:t>
      </w:r>
    </w:p>
    <w:p w14:paraId="46B078FF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Pulled BBQ Chicken</w:t>
      </w:r>
    </w:p>
    <w:p w14:paraId="7B1EB369" w14:textId="6D0858CF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 xml:space="preserve">Grilled Chicken (Garlic Herb, </w:t>
      </w:r>
      <w:r w:rsidR="00386F37">
        <w:rPr>
          <w:rFonts w:ascii="Baskerville Old Face" w:hAnsi="Baskerville Old Face"/>
        </w:rPr>
        <w:t>Adobo</w:t>
      </w:r>
      <w:r w:rsidRPr="00501F23">
        <w:rPr>
          <w:rFonts w:ascii="Baskerville Old Face" w:hAnsi="Baskerville Old Face"/>
        </w:rPr>
        <w:t>, BBQ, Cajun or Jerk)</w:t>
      </w:r>
    </w:p>
    <w:p w14:paraId="63D5CF1C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Grilled Sirloin with Mushrooms &amp; Onions</w:t>
      </w:r>
    </w:p>
    <w:p w14:paraId="1C774AB4" w14:textId="7443DD2E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lastRenderedPageBreak/>
        <w:t>Sausage with Peppers &amp; Onions</w:t>
      </w:r>
    </w:p>
    <w:p w14:paraId="7E1FC42B" w14:textId="0C8997C8" w:rsidR="00FD5E58" w:rsidRPr="00501F23" w:rsidRDefault="00386F37">
      <w:pPr>
        <w:pStyle w:val="ListBullet"/>
        <w:rPr>
          <w:rFonts w:ascii="Baskerville Old Face" w:hAnsi="Baskerville Old Face"/>
        </w:rPr>
      </w:pPr>
      <w:r>
        <w:rPr>
          <w:rFonts w:ascii="Baskerville Old Face" w:hAnsi="Baskerville Old Face"/>
        </w:rPr>
        <w:t>Flat Iron</w:t>
      </w:r>
      <w:r w:rsidRPr="00501F23">
        <w:rPr>
          <w:rFonts w:ascii="Baskerville Old Face" w:hAnsi="Baskerville Old Face"/>
        </w:rPr>
        <w:t xml:space="preserve"> Steak with Chimichurri</w:t>
      </w:r>
    </w:p>
    <w:p w14:paraId="23B5AE4B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Smoked Brisket (+ Market Price)</w:t>
      </w:r>
    </w:p>
    <w:p w14:paraId="257BACDA" w14:textId="77777777" w:rsidR="00FD5E58" w:rsidRPr="00501F23" w:rsidRDefault="00000000">
      <w:pPr>
        <w:pStyle w:val="Heading2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Desserts (Choose One)</w:t>
      </w:r>
    </w:p>
    <w:p w14:paraId="14A2F0B4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Peach Cobbler</w:t>
      </w:r>
    </w:p>
    <w:p w14:paraId="49F8E422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Warm Apple Crisp</w:t>
      </w:r>
    </w:p>
    <w:p w14:paraId="0D99FC94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Banana Pudding</w:t>
      </w:r>
    </w:p>
    <w:p w14:paraId="677B5FC1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Strawberry Shortcake</w:t>
      </w:r>
    </w:p>
    <w:p w14:paraId="03154C7A" w14:textId="77777777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Ice Cream Sundae Bar (+$5 per person)</w:t>
      </w:r>
    </w:p>
    <w:p w14:paraId="6323A43B" w14:textId="587AC52C" w:rsidR="00FD5E58" w:rsidRPr="00501F23" w:rsidRDefault="00000000">
      <w:pPr>
        <w:pStyle w:val="ListBullet"/>
        <w:rPr>
          <w:rFonts w:ascii="Baskerville Old Face" w:hAnsi="Baskerville Old Face"/>
        </w:rPr>
      </w:pPr>
      <w:r w:rsidRPr="00501F23">
        <w:rPr>
          <w:rFonts w:ascii="Baskerville Old Face" w:hAnsi="Baskerville Old Face"/>
        </w:rPr>
        <w:t>Assorted Mini Desserts</w:t>
      </w:r>
      <w:r w:rsidR="00386F37">
        <w:rPr>
          <w:rFonts w:ascii="Baskerville Old Face" w:hAnsi="Baskerville Old Face"/>
        </w:rPr>
        <w:t xml:space="preserve"> (+$6 per person)</w:t>
      </w:r>
    </w:p>
    <w:p w14:paraId="4893FA70" w14:textId="1D974EC2" w:rsidR="00386F37" w:rsidRPr="00386F37" w:rsidRDefault="00386F37" w:rsidP="00386F37">
      <w:pPr>
        <w:pStyle w:val="Heading2"/>
        <w:rPr>
          <w:rFonts w:ascii="Baskerville Old Face" w:hAnsi="Baskerville Old Face"/>
          <w:b w:val="0"/>
          <w:bCs w:val="0"/>
          <w:i/>
          <w:iCs/>
          <w:color w:val="auto"/>
          <w:sz w:val="24"/>
          <w:szCs w:val="24"/>
        </w:rPr>
      </w:pPr>
      <w:r w:rsidRPr="00386F37">
        <w:rPr>
          <w:rFonts w:ascii="Baskerville Old Face" w:hAnsi="Baskerville Old Face"/>
          <w:b w:val="0"/>
          <w:bCs w:val="0"/>
          <w:i/>
          <w:iCs/>
          <w:color w:val="auto"/>
          <w:sz w:val="24"/>
          <w:szCs w:val="24"/>
        </w:rPr>
        <w:t>Soda, Juice, Freshly Brewed Coffee, Decaffeinated Coffee, and Teas are Included</w:t>
      </w:r>
    </w:p>
    <w:p w14:paraId="1CA9911B" w14:textId="799CFF2E" w:rsidR="00386F37" w:rsidRPr="00386F37" w:rsidRDefault="00386F37" w:rsidP="00386F37">
      <w:pPr>
        <w:pStyle w:val="Heading2"/>
        <w:spacing w:before="0"/>
        <w:rPr>
          <w:rFonts w:ascii="Baskerville Old Face" w:hAnsi="Baskerville Old Face"/>
          <w:b w:val="0"/>
          <w:bCs w:val="0"/>
          <w:color w:val="auto"/>
        </w:rPr>
      </w:pPr>
      <w:r>
        <w:rPr>
          <w:rFonts w:ascii="Baskerville Old Face" w:hAnsi="Baskerville Old Face"/>
          <w:b w:val="0"/>
          <w:bCs w:val="0"/>
          <w:color w:val="auto"/>
        </w:rPr>
        <w:t>50</w:t>
      </w:r>
      <w:r w:rsidRPr="00386F37">
        <w:rPr>
          <w:rFonts w:ascii="Baskerville Old Face" w:hAnsi="Baskerville Old Face"/>
          <w:b w:val="0"/>
          <w:bCs w:val="0"/>
          <w:color w:val="auto"/>
        </w:rPr>
        <w:t xml:space="preserve"> persons minimum </w:t>
      </w:r>
    </w:p>
    <w:p w14:paraId="0F44A5B3" w14:textId="77777777" w:rsidR="00386F37" w:rsidRPr="00386F37" w:rsidRDefault="00386F37" w:rsidP="00386F37">
      <w:pPr>
        <w:pStyle w:val="Heading2"/>
        <w:spacing w:before="0"/>
        <w:rPr>
          <w:rFonts w:ascii="Baskerville Old Face" w:hAnsi="Baskerville Old Face"/>
          <w:b w:val="0"/>
          <w:bCs w:val="0"/>
          <w:color w:val="auto"/>
        </w:rPr>
      </w:pPr>
      <w:r w:rsidRPr="00386F37">
        <w:rPr>
          <w:rFonts w:ascii="Baskerville Old Face" w:hAnsi="Baskerville Old Face"/>
          <w:b w:val="0"/>
          <w:bCs w:val="0"/>
          <w:color w:val="auto"/>
        </w:rPr>
        <w:t xml:space="preserve">Includes Room set up, Table Linens </w:t>
      </w:r>
    </w:p>
    <w:p w14:paraId="32B518E6" w14:textId="57958178" w:rsidR="00FD5E58" w:rsidRPr="00501F23" w:rsidRDefault="00386F37" w:rsidP="00386F37">
      <w:pPr>
        <w:pStyle w:val="Heading2"/>
        <w:spacing w:before="0"/>
        <w:rPr>
          <w:rFonts w:ascii="Baskerville Old Face" w:hAnsi="Baskerville Old Face"/>
        </w:rPr>
      </w:pPr>
      <w:r w:rsidRPr="00386F37">
        <w:rPr>
          <w:rFonts w:ascii="Baskerville Old Face" w:hAnsi="Baskerville Old Face"/>
          <w:b w:val="0"/>
          <w:bCs w:val="0"/>
          <w:color w:val="auto"/>
        </w:rPr>
        <w:t>$125 bartender fee for cash or consumption bar</w:t>
      </w:r>
    </w:p>
    <w:sectPr w:rsidR="00FD5E58" w:rsidRPr="00501F23" w:rsidSect="00501F23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AC69F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9015668">
    <w:abstractNumId w:val="8"/>
  </w:num>
  <w:num w:numId="2" w16cid:durableId="1485007063">
    <w:abstractNumId w:val="6"/>
  </w:num>
  <w:num w:numId="3" w16cid:durableId="1778481529">
    <w:abstractNumId w:val="5"/>
  </w:num>
  <w:num w:numId="4" w16cid:durableId="1712268884">
    <w:abstractNumId w:val="4"/>
  </w:num>
  <w:num w:numId="5" w16cid:durableId="1121218073">
    <w:abstractNumId w:val="7"/>
  </w:num>
  <w:num w:numId="6" w16cid:durableId="551113788">
    <w:abstractNumId w:val="3"/>
  </w:num>
  <w:num w:numId="7" w16cid:durableId="730277247">
    <w:abstractNumId w:val="2"/>
  </w:num>
  <w:num w:numId="8" w16cid:durableId="96559109">
    <w:abstractNumId w:val="1"/>
  </w:num>
  <w:num w:numId="9" w16cid:durableId="21011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C37"/>
    <w:rsid w:val="0015074B"/>
    <w:rsid w:val="0029639D"/>
    <w:rsid w:val="002C5712"/>
    <w:rsid w:val="00326F90"/>
    <w:rsid w:val="00386F37"/>
    <w:rsid w:val="004A3B0C"/>
    <w:rsid w:val="004B0A55"/>
    <w:rsid w:val="00501F23"/>
    <w:rsid w:val="00567383"/>
    <w:rsid w:val="00AA1D8D"/>
    <w:rsid w:val="00B05354"/>
    <w:rsid w:val="00B47730"/>
    <w:rsid w:val="00CB0664"/>
    <w:rsid w:val="00CE7705"/>
    <w:rsid w:val="00CF11BA"/>
    <w:rsid w:val="00D164F9"/>
    <w:rsid w:val="00FA07DF"/>
    <w:rsid w:val="00FC693F"/>
    <w:rsid w:val="00F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57B29"/>
  <w14:defaultImageDpi w14:val="300"/>
  <w15:docId w15:val="{94C7CCC8-36B5-405E-8239-19F578EC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rsid w:val="00501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avillalouis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Asim Etem</cp:lastModifiedBy>
  <cp:revision>2</cp:revision>
  <cp:lastPrinted>2026-07-01T21:39:00Z</cp:lastPrinted>
  <dcterms:created xsi:type="dcterms:W3CDTF">2026-08-20T19:09:00Z</dcterms:created>
  <dcterms:modified xsi:type="dcterms:W3CDTF">2026-08-20T19:09:00Z</dcterms:modified>
  <cp:category/>
</cp:coreProperties>
</file>